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4E79"/>
          <w:sz w:val="44"/>
        </w:rPr>
        <w:t>АНКЕТА КЛИЕНТА</w:t>
      </w:r>
    </w:p>
    <w:p>
      <w:pPr>
        <w:jc w:val="center"/>
      </w:pPr>
      <w:r>
        <w:rPr>
          <w:b/>
          <w:sz w:val="24"/>
        </w:rPr>
        <w:t>Подбор и внедрение локального AI-агента для бизнеса</w:t>
      </w:r>
    </w:p>
    <w:p>
      <w:pPr>
        <w:jc w:val="center"/>
      </w:pPr>
      <w:r>
        <w:rPr>
          <w:i/>
        </w:rPr>
        <w:t>Заполните известные вам пункты. Если не знаете ответ на технический вопрос, оставьте поле пустым.</w:t>
      </w:r>
    </w:p>
    <w:p>
      <w:pPr>
        <w:pStyle w:val="Heading1"/>
      </w:pPr>
      <w:r>
        <w:t>1. Информация о бизнесе</w:t>
      </w:r>
    </w:p>
    <w:p>
      <w:r>
        <w:rPr>
          <w:b/>
        </w:rPr>
        <w:t>1.1. Название компании или проекта:</w:t>
      </w:r>
      <w:r>
        <w:br/>
        <w:t>________________________________________________________________________</w:t>
        <w:br/>
      </w:r>
    </w:p>
    <w:p>
      <w:r>
        <w:rPr>
          <w:b/>
        </w:rPr>
        <w:t>1.2. Сфера деятельности:</w:t>
      </w:r>
      <w:r>
        <w:br/>
        <w:t>________________________________________________________________________</w:t>
        <w:br/>
      </w:r>
    </w:p>
    <w:p>
      <w:r>
        <w:rPr>
          <w:b/>
        </w:rPr>
        <w:t>1.3. Чем занимается бизнес? Какие товары или услуги предлагаете и кто ваши основные клиенты?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1.4. Количество сотрудников / точек / филиалов:</w:t>
      </w:r>
      <w:r>
        <w:br/>
        <w:t>________________________________________________________________________</w:t>
        <w:br/>
      </w:r>
    </w:p>
    <w:p>
      <w:r>
        <w:rPr>
          <w:b/>
        </w:rPr>
        <w:t>1.5. Средний чек или примерный диапазон:</w:t>
      </w:r>
      <w:r>
        <w:br/>
        <w:t>________________________________________________________________________</w:t>
        <w:br/>
      </w:r>
    </w:p>
    <w:p>
      <w:r>
        <w:rPr>
          <w:b/>
        </w:rPr>
        <w:t>1.6. Какая главная проблема отнимает время или мешает бизнесу зарабатывать?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1.7. Какие задачи вы хотите автоматизировать? Отметьте подходящие варианты:</w:t>
      </w:r>
    </w:p>
    <w:p>
      <w:pPr/>
      <w:r>
        <w:t>☐  Ответы на вопросы клиентов</w:t>
      </w:r>
    </w:p>
    <w:p>
      <w:pPr/>
      <w:r>
        <w:t>☐  Прием заявок и запись на услуги</w:t>
      </w:r>
    </w:p>
    <w:p>
      <w:pPr/>
      <w:r>
        <w:t>☐  Обработка входящих сообщений</w:t>
      </w:r>
    </w:p>
    <w:p>
      <w:pPr/>
      <w:r>
        <w:t>☐  Поиск новых клиентов и работа с лидами</w:t>
      </w:r>
    </w:p>
    <w:p>
      <w:pPr/>
      <w:r>
        <w:t>☐  Подготовка коммерческих предложений и расчетов</w:t>
      </w:r>
    </w:p>
    <w:p>
      <w:pPr/>
      <w:r>
        <w:t>☐  Работа с документами и договорами</w:t>
      </w:r>
    </w:p>
    <w:p>
      <w:pPr/>
      <w:r>
        <w:t>☐  Ведение клиентской базы</w:t>
      </w:r>
    </w:p>
    <w:p>
      <w:pPr/>
      <w:r>
        <w:t>☐  Подготовка отчетов и аналитики</w:t>
      </w:r>
    </w:p>
    <w:p>
      <w:pPr/>
      <w:r>
        <w:t>☐  Работа с отзывами клиентов</w:t>
      </w:r>
    </w:p>
    <w:p>
      <w:pPr/>
      <w:r>
        <w:t>☐  Напоминания о встречах, заказах и оплатах</w:t>
      </w:r>
    </w:p>
    <w:p>
      <w:pPr/>
      <w:r>
        <w:t>☐  Работа с таблицами и файлами</w:t>
      </w:r>
    </w:p>
    <w:p>
      <w:pPr/>
      <w:r>
        <w:t>☐  Другая задача: ______________________________________________</w:t>
      </w:r>
    </w:p>
    <w:p>
      <w:r>
        <w:rPr>
          <w:b/>
        </w:rPr>
        <w:t>1.8. Пример реальной задачи, которую ИИ должен выполнять: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1.9. Как эта работа выполняется сейчас, кто ее делает и сколько времени занимает?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pPr>
        <w:pStyle w:val="Heading1"/>
      </w:pPr>
      <w:r>
        <w:t>2. Объем работы и ожидаемый результат</w:t>
      </w:r>
    </w:p>
    <w:p>
      <w:r>
        <w:rPr>
          <w:b/>
        </w:rPr>
        <w:t>2.1. Примерное количество обращений или операций в день:</w:t>
      </w:r>
      <w:r>
        <w:br/>
        <w:t>________________________________________________________________________</w:t>
        <w:br/>
      </w:r>
    </w:p>
    <w:p>
      <w:r>
        <w:rPr>
          <w:b/>
        </w:rPr>
        <w:t>2.2. Сколько времени сотрудники тратят на эти задачи?</w:t>
      </w:r>
    </w:p>
    <w:p>
      <w:pPr/>
      <w:r>
        <w:t>☐  До 30 минут в день</w:t>
      </w:r>
    </w:p>
    <w:p>
      <w:pPr/>
      <w:r>
        <w:t>☐  От 30 минут до 2 часов</w:t>
      </w:r>
    </w:p>
    <w:p>
      <w:pPr/>
      <w:r>
        <w:t>☐  От 2 до 4 часов</w:t>
      </w:r>
    </w:p>
    <w:p>
      <w:pPr/>
      <w:r>
        <w:t>☐  Более 4 часов</w:t>
      </w:r>
    </w:p>
    <w:p>
      <w:pPr/>
      <w:r>
        <w:t>☐  Не знаю</w:t>
      </w:r>
    </w:p>
    <w:p>
      <w:r>
        <w:rPr>
          <w:b/>
        </w:rPr>
        <w:t>2.3. Когда должен работать агент?</w:t>
      </w:r>
    </w:p>
    <w:p>
      <w:pPr/>
      <w:r>
        <w:t>☐  В рабочее время</w:t>
      </w:r>
    </w:p>
    <w:p>
      <w:pPr/>
      <w:r>
        <w:t>☐  Круглосуточно</w:t>
      </w:r>
    </w:p>
    <w:p>
      <w:pPr/>
      <w:r>
        <w:t>☐  По расписанию</w:t>
      </w:r>
    </w:p>
    <w:p>
      <w:pPr/>
      <w:r>
        <w:t>☐  По запросу сотрудника</w:t>
      </w:r>
    </w:p>
    <w:p>
      <w:r>
        <w:rPr>
          <w:b/>
        </w:rPr>
        <w:t>2.4. Какой результат наиболее важен?</w:t>
      </w:r>
    </w:p>
    <w:p>
      <w:pPr/>
      <w:r>
        <w:t>☐  Экономия времени сотрудников</w:t>
      </w:r>
    </w:p>
    <w:p>
      <w:pPr/>
      <w:r>
        <w:t>☐  Более быстрые ответы клиентам</w:t>
      </w:r>
    </w:p>
    <w:p>
      <w:pPr/>
      <w:r>
        <w:t>☐  Меньше пропущенных заявок</w:t>
      </w:r>
    </w:p>
    <w:p>
      <w:pPr/>
      <w:r>
        <w:t>☐  Снижение операционных расходов</w:t>
      </w:r>
    </w:p>
    <w:p>
      <w:pPr/>
      <w:r>
        <w:t>☐  Увеличение количества обработанных обращений</w:t>
      </w:r>
    </w:p>
    <w:p>
      <w:pPr/>
      <w:r>
        <w:t>☐  Увеличение продаж</w:t>
      </w:r>
    </w:p>
    <w:p>
      <w:pPr/>
      <w:r>
        <w:t>☐  Снижение количества ошибок</w:t>
      </w:r>
    </w:p>
    <w:p>
      <w:pPr/>
      <w:r>
        <w:t>☐  Другое: ______________________________________________</w:t>
      </w:r>
    </w:p>
    <w:p>
      <w:pPr>
        <w:pStyle w:val="Heading1"/>
      </w:pPr>
      <w:r>
        <w:t>3. Каналы связи и рабочие программы</w:t>
      </w:r>
    </w:p>
    <w:p>
      <w:r>
        <w:rPr>
          <w:b/>
        </w:rPr>
        <w:t>3.1. Где вы общаетесь с клиентами?</w:t>
      </w:r>
    </w:p>
    <w:p>
      <w:pPr/>
      <w:r>
        <w:t>☐  Telegram</w:t>
      </w:r>
    </w:p>
    <w:p>
      <w:pPr/>
      <w:r>
        <w:t>☐  WhatsApp</w:t>
      </w:r>
    </w:p>
    <w:p>
      <w:pPr/>
      <w:r>
        <w:t>☐  VK</w:t>
      </w:r>
    </w:p>
    <w:p>
      <w:pPr/>
      <w:r>
        <w:t>☐  Instagram</w:t>
      </w:r>
    </w:p>
    <w:p>
      <w:pPr/>
      <w:r>
        <w:t>☐  Авито</w:t>
      </w:r>
    </w:p>
    <w:p>
      <w:pPr/>
      <w:r>
        <w:t>☐  Сайт или онлайн-чат</w:t>
      </w:r>
    </w:p>
    <w:p>
      <w:pPr/>
      <w:r>
        <w:t>☐  Телефонные звонки</w:t>
      </w:r>
    </w:p>
    <w:p>
      <w:pPr/>
      <w:r>
        <w:t>☐  Email</w:t>
      </w:r>
    </w:p>
    <w:p>
      <w:pPr/>
      <w:r>
        <w:t>☐  Другие каналы: __________________________</w:t>
      </w:r>
    </w:p>
    <w:p>
      <w:r>
        <w:rPr>
          <w:b/>
        </w:rPr>
        <w:t>3.2. Какие программы используете? (например, amoCRM, Битрикс24, 1С, Excel):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3.3. Где хранятся данные о клиентах, заказах и услугах?</w:t>
      </w:r>
    </w:p>
    <w:p>
      <w:pPr/>
      <w:r>
        <w:t>☐  Excel или CSV</w:t>
      </w:r>
    </w:p>
    <w:p>
      <w:pPr/>
      <w:r>
        <w:t>☐  CRM</w:t>
      </w:r>
    </w:p>
    <w:p>
      <w:pPr/>
      <w:r>
        <w:t>☐  1С или другая учетная система</w:t>
      </w:r>
    </w:p>
    <w:p>
      <w:pPr/>
      <w:r>
        <w:t>☐  Google Sheets</w:t>
      </w:r>
    </w:p>
    <w:p>
      <w:pPr/>
      <w:r>
        <w:t>☐  Документы и папки на компьютере</w:t>
      </w:r>
    </w:p>
    <w:p>
      <w:pPr/>
      <w:r>
        <w:t>☐  Несколько разных систем</w:t>
      </w:r>
    </w:p>
    <w:p>
      <w:pPr/>
      <w:r>
        <w:t>☐  Пока нигде не ведутся</w:t>
      </w:r>
    </w:p>
    <w:p>
      <w:pPr/>
      <w:r>
        <w:t>☐  Другое: __________________________</w:t>
      </w:r>
    </w:p>
    <w:p>
      <w:r>
        <w:rPr>
          <w:b/>
        </w:rPr>
        <w:t>3.4. Какие действия агент должен выполнять в этих системах?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3.5. Нужны ли телефонные звонки с использованием ИИ?</w:t>
      </w:r>
    </w:p>
    <w:p>
      <w:pPr/>
      <w:r>
        <w:t>☐  Нет</w:t>
      </w:r>
    </w:p>
    <w:p>
      <w:pPr/>
      <w:r>
        <w:t>☐  Расшифровка звонков</w:t>
      </w:r>
    </w:p>
    <w:p>
      <w:pPr/>
      <w:r>
        <w:t>☐  Голосовой помощник для входящих звонков</w:t>
      </w:r>
    </w:p>
    <w:p>
      <w:pPr/>
      <w:r>
        <w:t>☐  Автоматические исходящие звонки</w:t>
      </w:r>
    </w:p>
    <w:p>
      <w:pPr/>
      <w:r>
        <w:t>☐  Пока не определились</w:t>
      </w:r>
    </w:p>
    <w:p>
      <w:r>
        <w:rPr>
          <w:b/>
        </w:rPr>
        <w:t>3.6. Есть ли у программ API, вебхуки или другие способы интеграции? Если не знаете, укажите названия программ: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pPr>
        <w:pStyle w:val="Heading1"/>
      </w:pPr>
      <w:r>
        <w:t>4. Требования к локальности и безопасности</w:t>
      </w:r>
    </w:p>
    <w:p>
      <w:r>
        <w:rPr>
          <w:b/>
        </w:rPr>
        <w:t>4.1. Насколько важно, чтобы данные обрабатывались локально?</w:t>
      </w:r>
    </w:p>
    <w:p>
      <w:pPr/>
      <w:r>
        <w:t>☐  Все данные и ИИ должны работать локально, без облачных ИИ-сервисов</w:t>
      </w:r>
    </w:p>
    <w:p>
      <w:pPr/>
      <w:r>
        <w:t>☐  ИИ работает локально, но мессенджеры и рабочие сервисы могут использовать интернет</w:t>
      </w:r>
    </w:p>
    <w:p>
      <w:pPr/>
      <w:r>
        <w:t>☐  Допускается гибридное решение при согласовании</w:t>
      </w:r>
    </w:p>
    <w:p>
      <w:pPr/>
      <w:r>
        <w:t>☐  Пока не знаю</w:t>
      </w:r>
    </w:p>
    <w:p>
      <w:r>
        <w:rPr>
          <w:b/>
        </w:rPr>
        <w:t>4.2. Какие данные будет обрабатывать агент?</w:t>
      </w:r>
    </w:p>
    <w:p>
      <w:pPr/>
      <w:r>
        <w:t>☐  Обычные вопросы клиентов и прайс-листы</w:t>
      </w:r>
    </w:p>
    <w:p>
      <w:pPr/>
      <w:r>
        <w:t>☐  Контактные данные клиентов</w:t>
      </w:r>
    </w:p>
    <w:p>
      <w:pPr/>
      <w:r>
        <w:t>☐  Договоры и коммерческие документы</w:t>
      </w:r>
    </w:p>
    <w:p>
      <w:pPr/>
      <w:r>
        <w:t>☐  Финансовые сведения</w:t>
      </w:r>
    </w:p>
    <w:p>
      <w:pPr/>
      <w:r>
        <w:t>☐  Персональные данные</w:t>
      </w:r>
    </w:p>
    <w:p>
      <w:pPr/>
      <w:r>
        <w:t>☐  Другая информация: __________________________</w:t>
      </w:r>
    </w:p>
    <w:p>
      <w:r>
        <w:rPr>
          <w:b/>
        </w:rPr>
        <w:t>4.3. Должен ли агент выполнять действия без подтверждения человека?</w:t>
      </w:r>
    </w:p>
    <w:p>
      <w:pPr/>
      <w:r>
        <w:t>☐  Да, для согласованных рутинных операций</w:t>
      </w:r>
    </w:p>
    <w:p>
      <w:pPr/>
      <w:r>
        <w:t>☐  Только для безопасных действий, например классификации и подготовки черновиков</w:t>
      </w:r>
    </w:p>
    <w:p>
      <w:pPr/>
      <w:r>
        <w:t>☐  Отправка сообщений или изменение данных требуют подтверждения</w:t>
      </w:r>
    </w:p>
    <w:p>
      <w:pPr/>
      <w:r>
        <w:t>☐  Зависит от типа действия</w:t>
      </w:r>
    </w:p>
    <w:p>
      <w:r>
        <w:rPr>
          <w:i/>
        </w:rPr>
        <w:t>Важно: не прикладывайте реальные пароли, ключи API и конфиденциальные документы к анкете.</w:t>
      </w:r>
    </w:p>
    <w:p>
      <w:pPr>
        <w:pStyle w:val="Heading1"/>
      </w:pPr>
      <w:r>
        <w:t>5. Компьютер для локальной нейросети</w:t>
      </w:r>
    </w:p>
    <w:p>
      <w:r>
        <w:rPr>
          <w:i/>
        </w:rPr>
        <w:t>Укажите характеристики компьютера, на котором планируется запуск ИИ.</w:t>
      </w:r>
    </w:p>
    <w:p>
      <w:r>
        <w:rPr>
          <w:b/>
        </w:rPr>
        <w:t>5.1. Операционная система:</w:t>
      </w:r>
    </w:p>
    <w:p>
      <w:pPr/>
      <w:r>
        <w:t>☐  Windows 10/11</w:t>
      </w:r>
    </w:p>
    <w:p>
      <w:pPr/>
      <w:r>
        <w:t>☐  macOS</w:t>
      </w:r>
    </w:p>
    <w:p>
      <w:pPr/>
      <w:r>
        <w:t>☐  Linux</w:t>
      </w:r>
    </w:p>
    <w:p>
      <w:pPr/>
      <w:r>
        <w:t>☐  Другая: __________________________</w:t>
      </w:r>
    </w:p>
    <w:p>
      <w:r>
        <w:rPr>
          <w:b/>
        </w:rPr>
        <w:t>5.2. Процессор (CPU):</w:t>
      </w:r>
      <w:r>
        <w:br/>
        <w:t>________________________________________________________________________</w:t>
        <w:br/>
      </w:r>
    </w:p>
    <w:p>
      <w:r>
        <w:rPr>
          <w:b/>
        </w:rPr>
        <w:t>5.3. Объем оперативной памяти (RAM):</w:t>
      </w:r>
    </w:p>
    <w:p>
      <w:pPr/>
      <w:r>
        <w:t>☐  8 ГБ</w:t>
      </w:r>
    </w:p>
    <w:p>
      <w:pPr/>
      <w:r>
        <w:t>☐  16 ГБ</w:t>
      </w:r>
    </w:p>
    <w:p>
      <w:pPr/>
      <w:r>
        <w:t>☐  32 ГБ</w:t>
      </w:r>
    </w:p>
    <w:p>
      <w:pPr/>
      <w:r>
        <w:t>☐  64 ГБ</w:t>
      </w:r>
    </w:p>
    <w:p>
      <w:pPr/>
      <w:r>
        <w:t>☐  128 ГБ и более</w:t>
      </w:r>
    </w:p>
    <w:p>
      <w:pPr/>
      <w:r>
        <w:t>☐  Не знаю</w:t>
      </w:r>
    </w:p>
    <w:p>
      <w:r>
        <w:rPr>
          <w:b/>
        </w:rPr>
        <w:t>5.4. Видеокарта (GPU):</w:t>
      </w:r>
    </w:p>
    <w:p>
      <w:pPr/>
      <w:r>
        <w:t>☐  NVIDIA</w:t>
      </w:r>
    </w:p>
    <w:p>
      <w:pPr/>
      <w:r>
        <w:t>☐  AMD</w:t>
      </w:r>
    </w:p>
    <w:p>
      <w:pPr/>
      <w:r>
        <w:t>☐  Apple Silicon</w:t>
      </w:r>
    </w:p>
    <w:p>
      <w:pPr/>
      <w:r>
        <w:t>☐  Только встроенная графика</w:t>
      </w:r>
    </w:p>
    <w:p>
      <w:pPr/>
      <w:r>
        <w:t>☐  Не знаю</w:t>
      </w:r>
    </w:p>
    <w:p>
      <w:r>
        <w:rPr>
          <w:b/>
        </w:rPr>
        <w:t>Модель видеокарты и объем видеопамяти (VRAM), например NVIDIA RTX 3060 12 ГБ:</w:t>
      </w:r>
      <w:r>
        <w:br/>
        <w:t>________________________________________________________________________</w:t>
        <w:br/>
      </w:r>
    </w:p>
    <w:p>
      <w:r>
        <w:rPr>
          <w:b/>
        </w:rPr>
        <w:t>5.5. Накопитель: тип (SSD/HDD), общий объем и свободное место:</w:t>
      </w:r>
      <w:r>
        <w:br/>
        <w:t>________________________________________________________________________</w:t>
        <w:br/>
        <w:t>________________________________________________________________________</w:t>
        <w:br/>
      </w:r>
    </w:p>
    <w:p>
      <w:r>
        <w:rPr>
          <w:b/>
        </w:rPr>
        <w:t>5.6. Как будет использоваться компьютер?</w:t>
      </w:r>
    </w:p>
    <w:p>
      <w:pPr/>
      <w:r>
        <w:t>☐  Отдельный компьютер для ИИ</w:t>
      </w:r>
    </w:p>
    <w:p>
      <w:pPr/>
      <w:r>
        <w:t>☐  Рабочий компьютер сотрудника</w:t>
      </w:r>
    </w:p>
    <w:p>
      <w:pPr/>
      <w:r>
        <w:t>☐  Сервер 24/7</w:t>
      </w:r>
    </w:p>
    <w:p>
      <w:pPr/>
      <w:r>
        <w:t>☐  Домашний компьютер</w:t>
      </w:r>
    </w:p>
    <w:p>
      <w:pPr/>
      <w:r>
        <w:t>☐  Пока не определились</w:t>
      </w:r>
    </w:p>
    <w:p>
      <w:r>
        <w:rPr>
          <w:b/>
        </w:rPr>
        <w:t>5.7. Может ли компьютер работать постоянно?</w:t>
      </w:r>
    </w:p>
    <w:p>
      <w:pPr/>
      <w:r>
        <w:t>☐  Да, круглосуточно</w:t>
      </w:r>
    </w:p>
    <w:p>
      <w:pPr/>
      <w:r>
        <w:t>☐  Только в рабочее время</w:t>
      </w:r>
    </w:p>
    <w:p>
      <w:pPr/>
      <w:r>
        <w:t>☐  Его часто выключают</w:t>
      </w:r>
    </w:p>
    <w:p>
      <w:pPr/>
      <w:r>
        <w:t>☐  Не знаю</w:t>
      </w:r>
    </w:p>
    <w:p>
      <w:r>
        <w:rPr>
          <w:b/>
        </w:rPr>
        <w:t>5.8. Готовы ли вы обновить оборудование, если это улучшит результат?</w:t>
      </w:r>
    </w:p>
    <w:p>
      <w:pPr/>
      <w:r>
        <w:t>☐  Нет, используем текущий компьютер</w:t>
      </w:r>
    </w:p>
    <w:p>
      <w:pPr/>
      <w:r>
        <w:t>☐  Да, если это экономически оправдано</w:t>
      </w:r>
    </w:p>
    <w:p>
      <w:pPr/>
      <w:r>
        <w:t>☐  Рассмотрим отдельный компьютер или сервер</w:t>
      </w:r>
    </w:p>
    <w:p>
      <w:pPr>
        <w:pStyle w:val="Heading1"/>
      </w:pPr>
      <w:r>
        <w:t>6. Ожидания от внедрения</w:t>
      </w:r>
    </w:p>
    <w:p>
      <w:r>
        <w:rPr>
          <w:b/>
        </w:rPr>
        <w:t>6.1. Какой бюджет вы готовы рассматривать на разработку и внедрение?</w:t>
      </w:r>
    </w:p>
    <w:p>
      <w:pPr/>
      <w:r>
        <w:t>☐  До 15 000 ₽</w:t>
      </w:r>
    </w:p>
    <w:p>
      <w:pPr/>
      <w:r>
        <w:t>☐  15 000–30 000 ₽</w:t>
      </w:r>
    </w:p>
    <w:p>
      <w:pPr/>
      <w:r>
        <w:t>☐  30 000–60 000 ₽</w:t>
      </w:r>
    </w:p>
    <w:p>
      <w:pPr/>
      <w:r>
        <w:t>☐  60 000–150 000 ₽</w:t>
      </w:r>
    </w:p>
    <w:p>
      <w:pPr/>
      <w:r>
        <w:t>☐  Более 150 000 ₽</w:t>
      </w:r>
    </w:p>
    <w:p>
      <w:pPr/>
      <w:r>
        <w:t>☐  Сначала хочу узнать варианты</w:t>
      </w:r>
    </w:p>
    <w:p>
      <w:r>
        <w:rPr>
          <w:b/>
        </w:rPr>
        <w:t>6.2. Когда хотите запустить решение?</w:t>
      </w:r>
    </w:p>
    <w:p>
      <w:pPr/>
      <w:r>
        <w:t>☐  Как можно скорее</w:t>
      </w:r>
    </w:p>
    <w:p>
      <w:pPr/>
      <w:r>
        <w:t>☐  В течение 2–4 недель</w:t>
      </w:r>
    </w:p>
    <w:p>
      <w:pPr/>
      <w:r>
        <w:t>☐  В течение 1–3 месяцев</w:t>
      </w:r>
    </w:p>
    <w:p>
      <w:pPr/>
      <w:r>
        <w:t>☐  Срок не определен</w:t>
      </w:r>
    </w:p>
    <w:p>
      <w:r>
        <w:rPr>
          <w:b/>
        </w:rPr>
        <w:t>6.3. Какой формат внедрения предпочитаете?</w:t>
      </w:r>
    </w:p>
    <w:p>
      <w:pPr/>
      <w:r>
        <w:t>☐  Простое решение для одной задачи</w:t>
      </w:r>
    </w:p>
    <w:p>
      <w:pPr/>
      <w:r>
        <w:t>☐  Агент для нескольких связанных задач</w:t>
      </w:r>
    </w:p>
    <w:p>
      <w:pPr/>
      <w:r>
        <w:t>☐  Комплексная автоматизация нескольких процессов</w:t>
      </w:r>
    </w:p>
    <w:p>
      <w:pPr/>
      <w:r>
        <w:t>☐  Простой запуск с возможностью расширения</w:t>
      </w:r>
    </w:p>
    <w:p>
      <w:r>
        <w:rPr>
          <w:b/>
        </w:rPr>
        <w:t>6.4. Сколько сотрудников будут пользоваться системой?</w:t>
      </w:r>
      <w:r>
        <w:br/>
        <w:t>________________________________________________________________________</w:t>
        <w:br/>
      </w:r>
    </w:p>
    <w:p>
      <w:r>
        <w:rPr>
          <w:b/>
        </w:rPr>
        <w:t>6.5. Дополнительные пожелания и ограничения:</w:t>
      </w:r>
      <w:r>
        <w:br/>
        <w:t>________________________________________________________________________</w:t>
        <w:br/>
        <w:t>________________________________________________________________________</w:t>
        <w:br/>
        <w:t>________________________________________________________________________</w:t>
        <w:br/>
      </w:r>
    </w:p>
    <w:p>
      <w:pPr>
        <w:pStyle w:val="Heading1"/>
      </w:pPr>
      <w:r>
        <w:t>7. Что вы получите после заполнения анкеты</w:t>
      </w:r>
    </w:p>
    <w:p>
      <w:r>
        <w:t>На основании ответов будет подготовлено предварительное коммерческое предложение, включающее:</w:t>
      </w:r>
    </w:p>
    <w:p>
      <w:pPr>
        <w:pStyle w:val="ListBullet"/>
      </w:pPr>
      <w:r>
        <w:t>Анализ бизнес-процессов и выбор наиболее полезной задачи для автоматизации.</w:t>
      </w:r>
    </w:p>
    <w:p>
      <w:pPr>
        <w:pStyle w:val="ListBullet"/>
      </w:pPr>
      <w:r>
        <w:t>Оценку возможности локального запуска на существующем оборудовании.</w:t>
      </w:r>
    </w:p>
    <w:p>
      <w:pPr>
        <w:pStyle w:val="ListBullet"/>
      </w:pPr>
      <w:r>
        <w:t>Подбор конкретных моделей из каталога LM Studio: https://lmstudio.ai/models.</w:t>
      </w:r>
    </w:p>
    <w:p>
      <w:pPr>
        <w:pStyle w:val="ListBullet"/>
      </w:pPr>
      <w:r>
        <w:t>Сравнение основной модели и альтернатив с учетом памяти, скорости и качества.</w:t>
      </w:r>
    </w:p>
    <w:p>
      <w:pPr>
        <w:pStyle w:val="ListBullet"/>
      </w:pPr>
      <w:r>
        <w:t>Два варианта внедрения: базовый и расширенный.</w:t>
      </w:r>
    </w:p>
    <w:p>
      <w:pPr>
        <w:pStyle w:val="ListBullet"/>
      </w:pPr>
      <w:r>
        <w:t>Предварительную оценку экономии времени, стоимости внедрения и дополнительных расходов.</w:t>
      </w:r>
    </w:p>
    <w:p>
      <w:pPr>
        <w:pStyle w:val="ListBullet"/>
      </w:pPr>
      <w:r>
        <w:t>Перечень интеграций, ограничений и следующих шагов.</w:t>
      </w:r>
    </w:p>
    <w:p>
      <w:r>
        <w:rPr>
          <w:i/>
        </w:rPr>
        <w:t>Окончательные архитектура, стоимость и сроки определяются после технического обследования и уточнения требований.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Анкета клиента • Локальные AI-решения  |  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